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ÜYE KAYIT FORMU</w:t>
      </w:r>
    </w:p>
    <w:p>
      <w:pPr>
        <w:jc w:val="center"/>
      </w:pPr>
      <w:r>
        <w:rPr>
          <w:color w:val="666666"/>
          <w:sz w:val="18"/>
        </w:rPr>
        <w:t>[Stüdyo adı] · [Adres] · [Telefon]            Kayıt tarihi: ____ / ____ / 20____</w:t>
      </w:r>
    </w:p>
    <w:p>
      <w:pPr>
        <w:spacing w:before="160"/>
      </w:pPr>
      <w:r>
        <w:rPr>
          <w:b/>
          <w:sz w:val="24"/>
        </w:rPr>
        <w:t>1. Kişisel bilgiler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Ad Soyad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Doğum tarihi</w:t>
            </w:r>
          </w:p>
        </w:tc>
        <w:tc>
          <w:tcPr>
            <w:tcW w:type="dxa" w:w="6520"/>
          </w:tcPr>
          <w:p>
            <w:r>
              <w:t>____ / ____ / 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E-posta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Adres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Acil durumda aranacak kişi</w:t>
            </w:r>
          </w:p>
        </w:tc>
        <w:tc>
          <w:tcPr>
            <w:tcW w:type="dxa" w:w="6520"/>
          </w:tcPr>
          <w:p>
            <w:r>
              <w:t>Ad: ______________________   Telefon: 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Nasıl duydunuz?</w:t>
            </w:r>
          </w:p>
        </w:tc>
        <w:tc>
          <w:tcPr>
            <w:tcW w:type="dxa" w:w="6520"/>
          </w:tcPr>
          <w:p>
            <w:r>
              <w:t>☐ Tavsiye   ☐ Instagram   ☐ Google   ☐ Geçerken gördüm   ☐ Diğer: __________</w:t>
            </w:r>
          </w:p>
        </w:tc>
      </w:tr>
    </w:tbl>
    <w:p/>
    <w:p>
      <w:pPr>
        <w:spacing w:before="160"/>
      </w:pPr>
      <w:r>
        <w:rPr>
          <w:b/>
          <w:sz w:val="24"/>
        </w:rPr>
        <w:t>2. Sağlık beyanı</w:t>
      </w:r>
    </w:p>
    <w:p>
      <w:r>
        <w:t>Aşağıdaki durumlardan size uyanları işaretleyin; eğitmeniniz dersi buna göre planlar.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Kalp / tansiyon rahatsızlığı</w:t>
            </w:r>
          </w:p>
        </w:tc>
        <w:tc>
          <w:tcPr>
            <w:tcW w:type="dxa" w:w="6520"/>
          </w:tcPr>
          <w:p>
            <w:r>
              <w:t>☐ Yok   ☐ Var: ____________________________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Bel, boyun, diz, omuz sorunu / fıtık</w:t>
            </w:r>
          </w:p>
        </w:tc>
        <w:tc>
          <w:tcPr>
            <w:tcW w:type="dxa" w:w="6520"/>
          </w:tcPr>
          <w:p>
            <w:r>
              <w:t>☐ Yok   ☐ Var: ____________________________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Son 12 ayda ameliyat</w:t>
            </w:r>
          </w:p>
        </w:tc>
        <w:tc>
          <w:tcPr>
            <w:tcW w:type="dxa" w:w="6520"/>
          </w:tcPr>
          <w:p>
            <w:r>
              <w:t>☐ Yok   ☐ Var: ____________________________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Hamilelik / doğum sonrası</w:t>
            </w:r>
          </w:p>
        </w:tc>
        <w:tc>
          <w:tcPr>
            <w:tcW w:type="dxa" w:w="6520"/>
          </w:tcPr>
          <w:p>
            <w:r>
              <w:t>☐ Yok   ☐ Var (hafta): 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Düzenli kullanılan ilaç</w:t>
            </w:r>
          </w:p>
        </w:tc>
        <w:tc>
          <w:tcPr>
            <w:tcW w:type="dxa" w:w="6520"/>
          </w:tcPr>
          <w:p>
            <w:r>
              <w:t>☐ Yok   ☐ Var: ____________________________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Doktorunuzun egzersiz kısıtı</w:t>
            </w:r>
          </w:p>
        </w:tc>
        <w:tc>
          <w:tcPr>
            <w:tcW w:type="dxa" w:w="6520"/>
          </w:tcPr>
          <w:p>
            <w:r>
              <w:t>☐ Yok   ☐ Var: ____________________________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Pilates deneyimi</w:t>
            </w:r>
          </w:p>
        </w:tc>
        <w:tc>
          <w:tcPr>
            <w:tcW w:type="dxa" w:w="6520"/>
          </w:tcPr>
          <w:p>
            <w:r>
              <w:t>☐ Hiç yok   ☐ 1 yılın altında   ☐ 1 yıldan fazla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Hedefiniz</w:t>
            </w:r>
          </w:p>
        </w:tc>
        <w:tc>
          <w:tcPr>
            <w:tcW w:type="dxa" w:w="6520"/>
          </w:tcPr>
          <w:p>
            <w:r>
              <w:t>☐ Duruş / ağrı   ☐ Kuvvet   ☐ Esneklik   ☐ Kilo   ☐ Doğum sonrası   ☐ Diğer: ________</w:t>
            </w:r>
          </w:p>
        </w:tc>
      </w:tr>
    </w:tbl>
    <w:p/>
    <w:p>
      <w:pPr>
        <w:spacing w:before="160"/>
      </w:pPr>
      <w:r>
        <w:rPr>
          <w:b/>
          <w:sz w:val="24"/>
        </w:rPr>
        <w:t>3. Paket ve ödeme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Paket</w:t>
            </w:r>
          </w:p>
        </w:tc>
        <w:tc>
          <w:tcPr>
            <w:tcW w:type="dxa" w:w="6520"/>
          </w:tcPr>
          <w:p>
            <w:r>
              <w:t>☐ Birebir reformer   ☐ Grup reformer   ☐ Mat   ☐ Süreli üyelik   ☐ Diğer: __________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Ders sayısı / süre</w:t>
            </w:r>
          </w:p>
        </w:tc>
        <w:tc>
          <w:tcPr>
            <w:tcW w:type="dxa" w:w="6520"/>
          </w:tcPr>
          <w:p>
            <w:r>
              <w:t>________ ders  /  ________ gün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Başlangıç - bitiş</w:t>
            </w:r>
          </w:p>
        </w:tc>
        <w:tc>
          <w:tcPr>
            <w:tcW w:type="dxa" w:w="6520"/>
          </w:tcPr>
          <w:p>
            <w:r>
              <w:t>____ / ____ / ______   -   ____ / ____ / 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Ücret</w:t>
            </w:r>
          </w:p>
        </w:tc>
        <w:tc>
          <w:tcPr>
            <w:tcW w:type="dxa" w:w="6520"/>
          </w:tcPr>
          <w:p>
            <w:r>
              <w:t>______________ TL   (KDV dahil)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Ödeme</w:t>
            </w:r>
          </w:p>
        </w:tc>
        <w:tc>
          <w:tcPr>
            <w:tcW w:type="dxa" w:w="6520"/>
          </w:tcPr>
          <w:p>
            <w:r>
              <w:t>☐ Nakit   ☐ Kredi kartı   ☐ Havale / EFT   ☐ Taksit: 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Sabit gün ve saat</w:t>
            </w:r>
          </w:p>
        </w:tc>
        <w:tc>
          <w:tcPr>
            <w:tcW w:type="dxa" w:w="6520"/>
          </w:tcPr>
          <w:p>
            <w:r>
              <w:t>Gün: __________________   Saat: __________</w:t>
            </w:r>
          </w:p>
        </w:tc>
      </w:tr>
    </w:tbl>
    <w:p/>
    <w:p>
      <w:pPr>
        <w:spacing w:before="160"/>
      </w:pPr>
      <w:r>
        <w:rPr>
          <w:b/>
          <w:sz w:val="24"/>
        </w:rPr>
        <w:t>4. Stüdyo kuralları (özet)</w:t>
      </w:r>
    </w:p>
    <w:p>
      <w:pPr>
        <w:pStyle w:val="ListBullet"/>
      </w:pPr>
      <w:r>
        <w:t>Randevu iptali en geç ders saatinden ______ saat önce yapılır; süresinde iptal edilen ders telafi hakkına döner.</w:t>
      </w:r>
    </w:p>
    <w:p>
      <w:pPr>
        <w:pStyle w:val="ListBullet"/>
      </w:pPr>
      <w:r>
        <w:t>Süresi geçen iptal ve derse gelmeme durumunda ders hakkı kullanılmış sayılır.</w:t>
      </w:r>
    </w:p>
    <w:p>
      <w:pPr>
        <w:pStyle w:val="ListBullet"/>
      </w:pPr>
      <w:r>
        <w:t>Telafi dersleri paketin geçerlilik süresi içinde ve boş saatlere alınır; bir iptale bir telafi verilir.</w:t>
      </w:r>
    </w:p>
    <w:p>
      <w:pPr>
        <w:pStyle w:val="ListBullet"/>
      </w:pPr>
      <w:r>
        <w:t>Paket, bitiş tarihinden sonra kullanılamaz; süreli üyelik ______ güne kadar dondurulabilir.</w:t>
      </w:r>
    </w:p>
    <w:p>
      <w:pPr>
        <w:pStyle w:val="ListBullet"/>
      </w:pPr>
      <w:r>
        <w:t>Stüdyonun kapalı olduğu günlere denk gelen dersler paketin sonuna eklenir.</w:t>
      </w:r>
    </w:p>
    <w:p>
      <w:pPr>
        <w:spacing w:before="160"/>
      </w:pPr>
      <w:r>
        <w:rPr>
          <w:b/>
          <w:sz w:val="24"/>
        </w:rPr>
        <w:t>5. Onay ve imza</w:t>
      </w:r>
    </w:p>
    <w:p>
      <w:r>
        <w:t>Yukarıdaki bilgilerin doğru olduğunu, sağlık beyanımı eksiksiz verdiğimi ve stüdyo kurallarını okuyup kabul ettiğimi beyan ederim. Kişisel verilerimin üyelik hizmetinin yürütülmesi amacıyla işleneceğine ilişkin aydınlatma metnini okudum.  ☐ Okudum, kabul ediyorum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Üye adı soyadı / imza</w:t>
            </w:r>
          </w:p>
        </w:tc>
        <w:tc>
          <w:tcPr>
            <w:tcW w:type="dxa" w:w="6520"/>
          </w:tcPr>
          <w:p>
            <w:r>
              <w:br/>
              <w:br/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Stüdyo yetkilisi / imza</w:t>
            </w:r>
          </w:p>
        </w:tc>
        <w:tc>
          <w:tcPr>
            <w:tcW w:type="dxa" w:w="6520"/>
          </w:tcPr>
          <w:p>
            <w:r>
              <w:br/>
              <w:br/>
            </w:r>
          </w:p>
        </w:tc>
      </w:tr>
    </w:tbl>
    <w:p/>
    <w:p>
      <w:r>
        <w:rPr>
          <w:color w:val="888888"/>
          <w:sz w:val="16"/>
        </w:rPr>
        <w:t>Bu form örnek bir taslaktır; alanları stüdyonuza göre düzenleyin. Kişisel veri (KVKK) metnini kendi aydınlatma metninizle tamamlayın. Ücretsiz şablon: gymkod.com/sablonlar · GymKod, pilates ve reformer stüdyoları için yönetim yazılımı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