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SEANS TAKİP FORMU</w:t>
      </w:r>
    </w:p>
    <w:p>
      <w:pPr>
        <w:jc w:val="center"/>
      </w:pPr>
      <w:r>
        <w:rPr>
          <w:color w:val="666666"/>
          <w:sz w:val="18"/>
        </w:rPr>
        <w:t>[Stüdyo adı]            Her üye için bir sayfa; dersten sonra satır doldurulur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Üye adı soyadı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Telefon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Paket</w:t>
            </w:r>
          </w:p>
        </w:tc>
        <w:tc>
          <w:tcPr>
            <w:tcW w:type="dxa" w:w="6520"/>
          </w:tcPr>
          <w:p>
            <w:r>
              <w:t>__________________   Ders sayısı: ______   Başlangıç: ____/____/______   Bitiş: ____/____/______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Eğitmen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Sabit gün / saat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pPr>
        <w:spacing w:before="160"/>
      </w:pPr>
      <w:r>
        <w:rPr>
          <w:b/>
          <w:sz w:val="24"/>
        </w:rPr>
        <w:t>Dersler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567"/>
          </w:tcPr>
          <w:p>
            <w:r>
              <w:rPr>
                <w:b/>
              </w:rPr>
              <w:t>No</w:t>
            </w:r>
          </w:p>
        </w:tc>
        <w:tc>
          <w:tcPr>
            <w:tcW w:type="dxa" w:w="1474"/>
          </w:tcPr>
          <w:p>
            <w:r>
              <w:rPr>
                <w:b/>
              </w:rPr>
              <w:t>Tarih</w:t>
            </w:r>
          </w:p>
        </w:tc>
        <w:tc>
          <w:tcPr>
            <w:tcW w:type="dxa" w:w="1701"/>
          </w:tcPr>
          <w:p>
            <w:r>
              <w:rPr>
                <w:b/>
              </w:rPr>
              <w:t>Ders türü</w:t>
            </w:r>
          </w:p>
        </w:tc>
        <w:tc>
          <w:tcPr>
            <w:tcW w:type="dxa" w:w="1701"/>
          </w:tcPr>
          <w:p>
            <w:r>
              <w:rPr>
                <w:b/>
              </w:rPr>
              <w:t>Eğitmen</w:t>
            </w:r>
          </w:p>
        </w:tc>
        <w:tc>
          <w:tcPr>
            <w:tcW w:type="dxa" w:w="2608"/>
          </w:tcPr>
          <w:p>
            <w:r>
              <w:rPr>
                <w:b/>
              </w:rPr>
              <w:t>Durum</w:t>
            </w:r>
          </w:p>
        </w:tc>
        <w:tc>
          <w:tcPr>
            <w:tcW w:type="dxa" w:w="2154"/>
          </w:tcPr>
          <w:p>
            <w:r>
              <w:rPr>
                <w:b/>
              </w:rPr>
              <w:t>Üye imzası / not</w:t>
            </w:r>
          </w:p>
        </w:tc>
      </w:tr>
      <w:t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1474"/>
          </w:tcPr>
          <w:p>
            <w:r>
              <w:t>____/____/____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>
            <w:r>
              <w:t>☐ Geldi  ☐ Gelmedi  ☐ İptal  ☐ Telafi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1474"/>
          </w:tcPr>
          <w:p>
            <w:r>
              <w:t>____/____/____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>
            <w:r>
              <w:t>☐ Geldi  ☐ Gelmedi  ☐ İptal  ☐ Telafi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1474"/>
          </w:tcPr>
          <w:p>
            <w:r>
              <w:t>____/____/____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>
            <w:r>
              <w:t>☐ Geldi  ☐ Gelmedi  ☐ İptal  ☐ Telafi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1474"/>
          </w:tcPr>
          <w:p>
            <w:r>
              <w:t>____/____/____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>
            <w:r>
              <w:t>☐ Geldi  ☐ Gelmedi  ☐ İptal  ☐ Telafi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1474"/>
          </w:tcPr>
          <w:p>
            <w:r>
              <w:t>____/____/____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>
            <w:r>
              <w:t>☐ Geldi  ☐ Gelmedi  ☐ İptal  ☐ Telafi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1474"/>
          </w:tcPr>
          <w:p>
            <w:r>
              <w:t>____/____/____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>
            <w:r>
              <w:t>☐ Geldi  ☐ Gelmedi  ☐ İptal  ☐ Telafi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t>7</w:t>
            </w:r>
          </w:p>
        </w:tc>
        <w:tc>
          <w:tcPr>
            <w:tcW w:type="dxa" w:w="1474"/>
          </w:tcPr>
          <w:p>
            <w:r>
              <w:t>____/____/____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>
            <w:r>
              <w:t>☐ Geldi  ☐ Gelmedi  ☐ İptal  ☐ Telafi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t>8</w:t>
            </w:r>
          </w:p>
        </w:tc>
        <w:tc>
          <w:tcPr>
            <w:tcW w:type="dxa" w:w="1474"/>
          </w:tcPr>
          <w:p>
            <w:r>
              <w:t>____/____/____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>
            <w:r>
              <w:t>☐ Geldi  ☐ Gelmedi  ☐ İptal  ☐ Telafi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t>9</w:t>
            </w:r>
          </w:p>
        </w:tc>
        <w:tc>
          <w:tcPr>
            <w:tcW w:type="dxa" w:w="1474"/>
          </w:tcPr>
          <w:p>
            <w:r>
              <w:t>____/____/____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>
            <w:r>
              <w:t>☐ Geldi  ☐ Gelmedi  ☐ İptal  ☐ Telafi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t>10</w:t>
            </w:r>
          </w:p>
        </w:tc>
        <w:tc>
          <w:tcPr>
            <w:tcW w:type="dxa" w:w="1474"/>
          </w:tcPr>
          <w:p>
            <w:r>
              <w:t>____/____/____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>
            <w:r>
              <w:t>☐ Geldi  ☐ Gelmedi  ☐ İptal  ☐ Telafi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t>11</w:t>
            </w:r>
          </w:p>
        </w:tc>
        <w:tc>
          <w:tcPr>
            <w:tcW w:type="dxa" w:w="1474"/>
          </w:tcPr>
          <w:p>
            <w:r>
              <w:t>____/____/____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>
            <w:r>
              <w:t>☐ Geldi  ☐ Gelmedi  ☐ İptal  ☐ Telafi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t>12</w:t>
            </w:r>
          </w:p>
        </w:tc>
        <w:tc>
          <w:tcPr>
            <w:tcW w:type="dxa" w:w="1474"/>
          </w:tcPr>
          <w:p>
            <w:r>
              <w:t>____/____/____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>
            <w:r>
              <w:t>☐ Geldi  ☐ Gelmedi  ☐ İptal  ☐ Telafi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t>13</w:t>
            </w:r>
          </w:p>
        </w:tc>
        <w:tc>
          <w:tcPr>
            <w:tcW w:type="dxa" w:w="1474"/>
          </w:tcPr>
          <w:p>
            <w:r>
              <w:t>____/____/____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>
            <w:r>
              <w:t>☐ Geldi  ☐ Gelmedi  ☐ İptal  ☐ Telafi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t>14</w:t>
            </w:r>
          </w:p>
        </w:tc>
        <w:tc>
          <w:tcPr>
            <w:tcW w:type="dxa" w:w="1474"/>
          </w:tcPr>
          <w:p>
            <w:r>
              <w:t>____/____/____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>
            <w:r>
              <w:t>☐ Geldi  ☐ Gelmedi  ☐ İptal  ☐ Telafi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t>15</w:t>
            </w:r>
          </w:p>
        </w:tc>
        <w:tc>
          <w:tcPr>
            <w:tcW w:type="dxa" w:w="1474"/>
          </w:tcPr>
          <w:p>
            <w:r>
              <w:t>____/____/____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>
            <w:r>
              <w:t>☐ Geldi  ☐ Gelmedi  ☐ İptal  ☐ Telafi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t>16</w:t>
            </w:r>
          </w:p>
        </w:tc>
        <w:tc>
          <w:tcPr>
            <w:tcW w:type="dxa" w:w="1474"/>
          </w:tcPr>
          <w:p>
            <w:r>
              <w:t>____/____/____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>
            <w:r>
              <w:t>☐ Geldi  ☐ Gelmedi  ☐ İptal  ☐ Telafi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t>17</w:t>
            </w:r>
          </w:p>
        </w:tc>
        <w:tc>
          <w:tcPr>
            <w:tcW w:type="dxa" w:w="1474"/>
          </w:tcPr>
          <w:p>
            <w:r>
              <w:t>____/____/____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>
            <w:r>
              <w:t>☐ Geldi  ☐ Gelmedi  ☐ İptal  ☐ Telafi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t>18</w:t>
            </w:r>
          </w:p>
        </w:tc>
        <w:tc>
          <w:tcPr>
            <w:tcW w:type="dxa" w:w="1474"/>
          </w:tcPr>
          <w:p>
            <w:r>
              <w:t>____/____/____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>
            <w:r>
              <w:t>☐ Geldi  ☐ Gelmedi  ☐ İptal  ☐ Telafi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t>19</w:t>
            </w:r>
          </w:p>
        </w:tc>
        <w:tc>
          <w:tcPr>
            <w:tcW w:type="dxa" w:w="1474"/>
          </w:tcPr>
          <w:p>
            <w:r>
              <w:t>____/____/____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>
            <w:r>
              <w:t>☐ Geldi  ☐ Gelmedi  ☐ İptal  ☐ Telafi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t>20</w:t>
            </w:r>
          </w:p>
        </w:tc>
        <w:tc>
          <w:tcPr>
            <w:tcW w:type="dxa" w:w="1474"/>
          </w:tcPr>
          <w:p>
            <w:r>
              <w:t>____/____/____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>
            <w:r>
              <w:t>☐ Geldi  ☐ Gelmedi  ☐ İptal  ☐ Telafi</w:t>
            </w:r>
          </w:p>
        </w:tc>
        <w:tc>
          <w:tcPr>
            <w:tcW w:type="dxa" w:w="2154"/>
          </w:tcPr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Kullanılan ders</w:t>
            </w:r>
          </w:p>
        </w:tc>
        <w:tc>
          <w:tcPr>
            <w:tcW w:type="dxa" w:w="6520"/>
          </w:tcPr>
          <w:p>
            <w:r>
              <w:t>______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Kalan ders</w:t>
            </w:r>
          </w:p>
        </w:tc>
        <w:tc>
          <w:tcPr>
            <w:tcW w:type="dxa" w:w="6520"/>
          </w:tcPr>
          <w:p>
            <w:r>
              <w:t>______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Telafi hakkı</w:t>
            </w:r>
          </w:p>
        </w:tc>
        <w:tc>
          <w:tcPr>
            <w:tcW w:type="dxa" w:w="6520"/>
          </w:tcPr>
          <w:p>
            <w:r>
              <w:t>______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Ödenen / kalan borç</w:t>
            </w:r>
          </w:p>
        </w:tc>
        <w:tc>
          <w:tcPr>
            <w:tcW w:type="dxa" w:w="6520"/>
          </w:tcPr>
          <w:p>
            <w:r>
              <w:t>______________ TL  /  ______________ TL</w:t>
            </w:r>
          </w:p>
        </w:tc>
      </w:tr>
    </w:tbl>
    <w:p/>
    <w:p>
      <w:r>
        <w:rPr>
          <w:color w:val="888888"/>
          <w:sz w:val="16"/>
        </w:rPr>
        <w:t>Durum: Geldi ve Gelmedi işaretlenen ders paketten düşer; süresinde iptal edilen ders telafi hakkıdır. Ücretsiz şablon: gymkod.com/sablonlar · GymKod, pilates ve reformer stüdyoları için yönetim yazılımı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